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E293B"/>
          <w:sz w:val="48"/>
        </w:rPr>
        <w:t>PhD Progress Report</w:t>
      </w:r>
    </w:p>
    <w:p>
      <w:pPr>
        <w:spacing w:after="160"/>
      </w:pPr>
      <w:r>
        <w:rPr>
          <w:color w:val="6B7280"/>
          <w:sz w:val="22"/>
        </w:rPr>
        <w:t>Reporting period: ______ to ______    |    Report no.: ____ (for example: 1st six-month, 2nd six-month, annual)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D08A"/>
          <w:left w:val="single" w:sz="4" w:space="0" w:color="E5D08A"/>
          <w:bottom w:val="single" w:sz="4" w:space="0" w:color="E5D08A"/>
          <w:right w:val="single" w:sz="4" w:space="0" w:color="E5D08A"/>
          <w:insideH w:val="single" w:sz="4" w:space="0" w:color="E5D08A"/>
          <w:insideV w:val="single" w:sz="4" w:space="0" w:color="E5D08A"/>
        </w:tblBorders>
      </w:tblPr>
      <w:tblGrid>
        <w:gridCol w:w="9298"/>
      </w:tblGrid>
      <w:tr>
        <w:tc>
          <w:tcPr>
            <w:tcW w:type="dxa" w:w="9298"/>
            <w:shd w:val="clear" w:color="auto" w:fill="FFF8E1"/>
          </w:tcPr>
          <w:p>
            <w:pPr>
              <w:spacing w:after="60"/>
            </w:pPr>
            <w:r/>
            <w:r>
              <w:rPr>
                <w:b/>
                <w:color w:val="1E293B"/>
                <w:sz w:val="20"/>
              </w:rPr>
              <w:t>How to use this template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0"/>
              </w:rPr>
              <w:t>1. If your university or department has its own progress report form, use that form. This template covers what most forms ask for.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0"/>
              </w:rPr>
              <w:t>2. Replace the grey lines with your own text, then delete the grey lines before you submit.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0"/>
              </w:rPr>
              <w:t>3. Keep it short and specific. Dates and numbers are better than adjectives.</w:t>
            </w:r>
          </w:p>
          <w:p>
            <w:pPr>
              <w:spacing w:after="60"/>
            </w:pPr>
            <w:r>
              <w:rPr>
                <w:b w:val="0"/>
                <w:color w:val="1E293B"/>
                <w:sz w:val="20"/>
              </w:rPr>
              <w:t>4. Free template from LetRelay: https://www.letrelay.com/blog/phd-progress-report-format-sample  (delete this box before you submit).</w:t>
            </w:r>
          </w:p>
        </w:tc>
      </w:tr>
    </w:tbl>
    <w:p>
      <w:pPr>
        <w:spacing w:after="40"/>
      </w:pPr>
    </w:p>
    <w:p>
      <w:pPr>
        <w:pStyle w:val="Heading1"/>
      </w:pPr>
      <w:r>
        <w:t>1. Student and project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7CBD4"/>
          <w:left w:val="single" w:sz="4" w:space="0" w:color="C7CBD4"/>
          <w:bottom w:val="single" w:sz="4" w:space="0" w:color="C7CBD4"/>
          <w:right w:val="single" w:sz="4" w:space="0" w:color="C7CBD4"/>
          <w:insideH w:val="single" w:sz="4" w:space="0" w:color="C7CBD4"/>
          <w:insideV w:val="single" w:sz="4" w:space="0" w:color="C7CBD4"/>
        </w:tblBorders>
      </w:tblPr>
      <w:tblGrid>
        <w:gridCol w:w="4649"/>
        <w:gridCol w:w="4649"/>
      </w:tblGrid>
      <w:tr>
        <w:trPr>
          <w:cantSplit w:val="true"/>
        </w:trPr>
        <w:tc>
          <w:tcPr>
            <w:tcW w:type="dxa" w:w="2835"/>
            <w:shd w:val="clear" w:color="auto" w:fill="F6F7FB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20"/>
              </w:rPr>
              <w:t>Name</w:t>
            </w:r>
          </w:p>
        </w:tc>
        <w:tc>
          <w:tcPr>
            <w:tcW w:type="dxa" w:w="6463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6F7FB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20"/>
              </w:rPr>
              <w:t>Registration / student number</w:t>
            </w:r>
          </w:p>
        </w:tc>
        <w:tc>
          <w:tcPr>
            <w:tcW w:type="dxa" w:w="6463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6F7FB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20"/>
              </w:rPr>
              <w:t>Department and university</w:t>
            </w:r>
          </w:p>
        </w:tc>
        <w:tc>
          <w:tcPr>
            <w:tcW w:type="dxa" w:w="6463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6F7FB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20"/>
              </w:rPr>
              <w:t>Programme and start date</w:t>
            </w:r>
          </w:p>
        </w:tc>
        <w:tc>
          <w:tcPr>
            <w:tcW w:type="dxa" w:w="6463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Full-time / part-time; start date: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6F7FB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20"/>
              </w:rPr>
              <w:t>Supervisor(s)</w:t>
            </w:r>
          </w:p>
        </w:tc>
        <w:tc>
          <w:tcPr>
            <w:tcW w:type="dxa" w:w="6463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6F7FB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20"/>
              </w:rPr>
              <w:t>Committee members</w:t>
            </w:r>
          </w:p>
          <w:p>
            <w:pPr>
              <w:spacing w:after="40"/>
            </w:pPr>
            <w:r>
              <w:rPr>
                <w:b/>
                <w:i w:val="0"/>
                <w:color w:val="1E293B"/>
                <w:sz w:val="20"/>
              </w:rPr>
              <w:t>(research advisory, doctoral or thesis committee)</w:t>
            </w:r>
          </w:p>
        </w:tc>
        <w:tc>
          <w:tcPr>
            <w:tcW w:type="dxa" w:w="6463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6F7FB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20"/>
              </w:rPr>
              <w:t>Date submitted</w:t>
            </w:r>
          </w:p>
        </w:tc>
        <w:tc>
          <w:tcPr>
            <w:tcW w:type="dxa" w:w="6463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2. Working title of the thesis</w:t>
      </w:r>
    </w:p>
    <w:p>
      <w:pPr>
        <w:spacing w:after="80"/>
      </w:pPr>
      <w:r>
        <w:rPr>
          <w:b w:val="0"/>
          <w:i/>
          <w:color w:val="6B7280"/>
          <w:sz w:val="19"/>
        </w:rPr>
        <w:t>Write the current title. If it has changed since your last report, say what changed and why.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pStyle w:val="Heading1"/>
      </w:pPr>
      <w:r>
        <w:t>3. Summary</w:t>
      </w:r>
    </w:p>
    <w:p>
      <w:pPr>
        <w:spacing w:after="80"/>
      </w:pPr>
      <w:r>
        <w:rPr>
          <w:b w:val="0"/>
          <w:i/>
          <w:color w:val="6B7280"/>
          <w:sz w:val="19"/>
        </w:rPr>
        <w:t>Four to six sentences: your question, what you did in this period, the main result, the biggest problem, and what comes next. Write this last.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pStyle w:val="Heading1"/>
      </w:pPr>
      <w:r>
        <w:t>4. Objectives and progress</w:t>
      </w:r>
    </w:p>
    <w:p>
      <w:pPr>
        <w:spacing w:after="80"/>
      </w:pPr>
      <w:r>
        <w:rPr>
          <w:b w:val="0"/>
          <w:i/>
          <w:color w:val="6B7280"/>
          <w:sz w:val="19"/>
        </w:rPr>
        <w:t>List each objective from your approved plan or synopsis. Status: Done / Partly / Not started. Be honest: a committee trusts a clear "partly" more than a vague "done".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7CBD4"/>
          <w:left w:val="single" w:sz="4" w:space="0" w:color="C7CBD4"/>
          <w:bottom w:val="single" w:sz="4" w:space="0" w:color="C7CBD4"/>
          <w:right w:val="single" w:sz="4" w:space="0" w:color="C7CBD4"/>
          <w:insideH w:val="single" w:sz="4" w:space="0" w:color="C7CBD4"/>
          <w:insideV w:val="single" w:sz="4" w:space="0" w:color="C7CBD4"/>
        </w:tblBorders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  <w:cantSplit w:val="true"/>
        </w:trPr>
        <w:tc>
          <w:tcPr>
            <w:tcW w:type="dxa" w:w="45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#</w:t>
            </w:r>
          </w:p>
        </w:tc>
        <w:tc>
          <w:tcPr>
            <w:tcW w:type="dxa" w:w="260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Objective (from your approved plan)</w:t>
            </w:r>
          </w:p>
        </w:tc>
        <w:tc>
          <w:tcPr>
            <w:tcW w:type="dxa" w:w="192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Planned for this period</w:t>
            </w:r>
          </w:p>
        </w:tc>
        <w:tc>
          <w:tcPr>
            <w:tcW w:type="dxa" w:w="1247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Status</w:t>
            </w:r>
          </w:p>
        </w:tc>
        <w:tc>
          <w:tcPr>
            <w:tcW w:type="dxa" w:w="306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Comment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0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0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0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0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0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0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0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0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5. Work done and results</w:t>
      </w:r>
    </w:p>
    <w:p>
      <w:pPr>
        <w:pStyle w:val="Heading2"/>
      </w:pPr>
      <w:r>
        <w:t>5.1 Work completed</w:t>
      </w:r>
    </w:p>
    <w:p>
      <w:pPr>
        <w:spacing w:after="80"/>
      </w:pPr>
      <w:r>
        <w:rPr>
          <w:b w:val="0"/>
          <w:i/>
          <w:color w:val="6B7280"/>
          <w:sz w:val="19"/>
        </w:rPr>
        <w:t>What you actually did, in order, with dates. Name methods, samples, data sets, texts or experiments. Link each item to an objective in section 4.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pStyle w:val="Heading2"/>
      </w:pPr>
      <w:r>
        <w:t>5.2 Results so far</w:t>
      </w:r>
    </w:p>
    <w:p>
      <w:pPr>
        <w:spacing w:after="80"/>
      </w:pPr>
      <w:r>
        <w:rPr>
          <w:b w:val="0"/>
          <w:i/>
          <w:color w:val="6B7280"/>
          <w:sz w:val="19"/>
        </w:rPr>
        <w:t>Lead with what you found, not with what you did. Say how sure you are. Attach figures or tables and refer to them ("Figure 1").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pStyle w:val="Heading2"/>
      </w:pPr>
      <w:r>
        <w:t>5.3 What this means for the thesis</w:t>
      </w:r>
    </w:p>
    <w:p>
      <w:pPr>
        <w:spacing w:after="80"/>
      </w:pPr>
      <w:r>
        <w:rPr>
          <w:b w:val="0"/>
          <w:i/>
          <w:color w:val="6B7280"/>
          <w:sz w:val="19"/>
        </w:rPr>
        <w:t>Two or three sentences: which chapter this feeds, and what you still need to be able to write it.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pStyle w:val="Heading1"/>
      </w:pPr>
      <w:r>
        <w:t>6. Problems and changes to the plan</w:t>
      </w:r>
    </w:p>
    <w:p>
      <w:pPr>
        <w:spacing w:after="80"/>
      </w:pPr>
      <w:r>
        <w:rPr>
          <w:b w:val="0"/>
          <w:i/>
          <w:color w:val="6B7280"/>
          <w:sz w:val="19"/>
        </w:rPr>
        <w:t>Say what went wrong, how much it matters, what you are doing and what you need. A problem with a plan is fine; a hidden problem is not.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7CBD4"/>
          <w:left w:val="single" w:sz="4" w:space="0" w:color="C7CBD4"/>
          <w:bottom w:val="single" w:sz="4" w:space="0" w:color="C7CBD4"/>
          <w:right w:val="single" w:sz="4" w:space="0" w:color="C7CBD4"/>
          <w:insideH w:val="single" w:sz="4" w:space="0" w:color="C7CBD4"/>
          <w:insideV w:val="single" w:sz="4" w:space="0" w:color="C7CBD4"/>
        </w:tblBorders>
      </w:tblPr>
      <w:tblGrid>
        <w:gridCol w:w="2324"/>
        <w:gridCol w:w="2324"/>
        <w:gridCol w:w="2324"/>
        <w:gridCol w:w="2324"/>
      </w:tblGrid>
      <w:tr>
        <w:trPr>
          <w:tblHeader w:val="true"/>
          <w:cantSplit w:val="true"/>
        </w:trPr>
        <w:tc>
          <w:tcPr>
            <w:tcW w:type="dxa" w:w="209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Problem</w:t>
            </w:r>
          </w:p>
        </w:tc>
        <w:tc>
          <w:tcPr>
            <w:tcW w:type="dxa" w:w="209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Effect on the work</w:t>
            </w:r>
          </w:p>
        </w:tc>
        <w:tc>
          <w:tcPr>
            <w:tcW w:type="dxa" w:w="2665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What you are doing about it</w:t>
            </w:r>
          </w:p>
        </w:tc>
        <w:tc>
          <w:tcPr>
            <w:tcW w:type="dxa" w:w="243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Help you need (from whom)</w:t>
            </w:r>
          </w:p>
        </w:tc>
      </w:tr>
      <w:tr>
        <w:trPr>
          <w:cantSplit w:val="true"/>
        </w:trPr>
        <w:tc>
          <w:tcPr>
            <w:tcW w:type="dxa" w:w="209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6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3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09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6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3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09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6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3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7. Courses, training and teaching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7CBD4"/>
          <w:left w:val="single" w:sz="4" w:space="0" w:color="C7CBD4"/>
          <w:bottom w:val="single" w:sz="4" w:space="0" w:color="C7CBD4"/>
          <w:right w:val="single" w:sz="4" w:space="0" w:color="C7CBD4"/>
          <w:insideH w:val="single" w:sz="4" w:space="0" w:color="C7CBD4"/>
          <w:insideV w:val="single" w:sz="4" w:space="0" w:color="C7CBD4"/>
        </w:tblBorders>
      </w:tblPr>
      <w:tblGrid>
        <w:gridCol w:w="3099"/>
        <w:gridCol w:w="3099"/>
        <w:gridCol w:w="3099"/>
      </w:tblGrid>
      <w:tr>
        <w:trPr>
          <w:tblHeader w:val="true"/>
          <w:cantSplit w:val="true"/>
        </w:trPr>
        <w:tc>
          <w:tcPr>
            <w:tcW w:type="dxa" w:w="4535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Item</w:t>
            </w:r>
          </w:p>
        </w:tc>
        <w:tc>
          <w:tcPr>
            <w:tcW w:type="dxa" w:w="238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Dates</w:t>
            </w:r>
          </w:p>
        </w:tc>
        <w:tc>
          <w:tcPr>
            <w:tcW w:type="dxa" w:w="238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Status or grade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8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8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8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8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8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8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8. Publications and presentations</w:t>
      </w:r>
    </w:p>
    <w:p>
      <w:pPr>
        <w:spacing w:after="80"/>
      </w:pPr>
      <w:r>
        <w:rPr>
          <w:b w:val="0"/>
          <w:i/>
          <w:color w:val="6B7280"/>
          <w:sz w:val="19"/>
        </w:rPr>
        <w:t>Include talks and posters as well as papers. Write "none this period" if there are none.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7CBD4"/>
          <w:left w:val="single" w:sz="4" w:space="0" w:color="C7CBD4"/>
          <w:bottom w:val="single" w:sz="4" w:space="0" w:color="C7CBD4"/>
          <w:right w:val="single" w:sz="4" w:space="0" w:color="C7CBD4"/>
          <w:insideH w:val="single" w:sz="4" w:space="0" w:color="C7CBD4"/>
          <w:insideV w:val="single" w:sz="4" w:space="0" w:color="C7CBD4"/>
        </w:tblBorders>
      </w:tblPr>
      <w:tblGrid>
        <w:gridCol w:w="2324"/>
        <w:gridCol w:w="2324"/>
        <w:gridCol w:w="2324"/>
        <w:gridCol w:w="2324"/>
      </w:tblGrid>
      <w:tr>
        <w:trPr>
          <w:tblHeader w:val="true"/>
          <w:cantSplit w:val="true"/>
        </w:trP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Type (paper, talk, poster)</w:t>
            </w:r>
          </w:p>
        </w:tc>
        <w:tc>
          <w:tcPr>
            <w:tcW w:type="dxa" w:w="3515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Title and venue</w:t>
            </w:r>
          </w:p>
        </w:tc>
        <w:tc>
          <w:tcPr>
            <w:tcW w:type="dxa" w:w="260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Status (planned, submitted, accepted, published)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Date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51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0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51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0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51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08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9. Thesis chapter status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7CBD4"/>
          <w:left w:val="single" w:sz="4" w:space="0" w:color="C7CBD4"/>
          <w:bottom w:val="single" w:sz="4" w:space="0" w:color="C7CBD4"/>
          <w:right w:val="single" w:sz="4" w:space="0" w:color="C7CBD4"/>
          <w:insideH w:val="single" w:sz="4" w:space="0" w:color="C7CBD4"/>
          <w:insideV w:val="single" w:sz="4" w:space="0" w:color="C7CBD4"/>
        </w:tblBorders>
      </w:tblPr>
      <w:tblGrid>
        <w:gridCol w:w="3099"/>
        <w:gridCol w:w="3099"/>
        <w:gridCol w:w="3099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Chapter</w:t>
            </w:r>
          </w:p>
        </w:tc>
        <w:tc>
          <w:tcPr>
            <w:tcW w:type="dxa" w:w="3402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Status (not started, outline, draft, revised)</w:t>
            </w:r>
          </w:p>
        </w:tc>
        <w:tc>
          <w:tcPr>
            <w:tcW w:type="dxa" w:w="249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Target date for next draft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94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94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94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94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94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10. Plan for the next period</w:t>
      </w:r>
    </w:p>
    <w:p>
      <w:pPr>
        <w:spacing w:after="80"/>
      </w:pPr>
      <w:r>
        <w:rPr>
          <w:b w:val="0"/>
          <w:i/>
          <w:color w:val="6B7280"/>
          <w:sz w:val="19"/>
        </w:rPr>
        <w:t>Four to eight tasks, each with dates and something you can show at the next review. If it cannot be checked, it is not a plan.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7CBD4"/>
          <w:left w:val="single" w:sz="4" w:space="0" w:color="C7CBD4"/>
          <w:bottom w:val="single" w:sz="4" w:space="0" w:color="C7CBD4"/>
          <w:right w:val="single" w:sz="4" w:space="0" w:color="C7CBD4"/>
          <w:insideH w:val="single" w:sz="4" w:space="0" w:color="C7CBD4"/>
          <w:insideV w:val="single" w:sz="4" w:space="0" w:color="C7CBD4"/>
        </w:tblBorders>
      </w:tblPr>
      <w:tblGrid>
        <w:gridCol w:w="2324"/>
        <w:gridCol w:w="2324"/>
        <w:gridCol w:w="2324"/>
        <w:gridCol w:w="2324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Task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Start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End</w:t>
            </w:r>
          </w:p>
        </w:tc>
        <w:tc>
          <w:tcPr>
            <w:tcW w:type="dxa" w:w="3175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E293B"/>
                <w:sz w:val="19"/>
              </w:rPr>
              <w:t>What you will have to show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7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7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7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7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75"/>
          </w:tcPr>
          <w:p>
            <w:pPr>
              <w:spacing w:after="200" w:before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11. Support or resources needed</w:t>
      </w:r>
    </w:p>
    <w:p>
      <w:pPr>
        <w:spacing w:after="80"/>
      </w:pPr>
      <w:r>
        <w:rPr>
          <w:b w:val="0"/>
          <w:i/>
          <w:color w:val="6B7280"/>
          <w:sz w:val="19"/>
        </w:rPr>
        <w:t>Equipment, data, training, funding, introductions. Be specific about who can help.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pStyle w:val="Heading1"/>
      </w:pPr>
      <w:r>
        <w:t>12. Student declaration</w:t>
      </w:r>
    </w:p>
    <w:p>
      <w:r>
        <w:rPr>
          <w:b w:val="0"/>
          <w:i w:val="0"/>
        </w:rPr>
        <w:t>I confirm that this report is accurate and that I have discussed it with my supervisor.</w:t>
      </w:r>
    </w:p>
    <w:p>
      <w:r>
        <w:rPr>
          <w:b w:val="0"/>
          <w:i w:val="0"/>
        </w:rPr>
        <w:t>Signed: ______________________________          Date: ________________</w:t>
      </w:r>
    </w:p>
    <w:p>
      <w:pPr>
        <w:pStyle w:val="Heading1"/>
      </w:pPr>
      <w:r>
        <w:t>13. Supervisor's assessment (completed by the supervisor)</w:t>
      </w:r>
    </w:p>
    <w:p>
      <w:r>
        <w:rPr>
          <w:b w:val="0"/>
          <w:i w:val="0"/>
        </w:rPr>
        <w:t>Progress in this period:</w:t>
      </w:r>
    </w:p>
    <w:p>
      <w:r>
        <w:rPr>
          <w:b w:val="0"/>
          <w:i w:val="0"/>
        </w:rPr>
        <w:t>☐ Satisfactory, on schedule        ☐ Satisfactory, with suggestions        ☐ Unsatisfactory</w:t>
      </w:r>
    </w:p>
    <w:p>
      <w:r>
        <w:rPr>
          <w:b w:val="0"/>
          <w:i w:val="0"/>
        </w:rPr>
        <w:t>Comments: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r>
        <w:rPr>
          <w:b w:val="0"/>
          <w:i w:val="0"/>
        </w:rPr>
        <w:t>Supervisor: ______________________________          Date: ________________</w:t>
      </w:r>
    </w:p>
    <w:p>
      <w:pPr>
        <w:pStyle w:val="Heading1"/>
      </w:pPr>
      <w:r>
        <w:t>14. Committee recommendation (if your university requires it)</w:t>
      </w:r>
    </w:p>
    <w:p>
      <w:pPr>
        <w:spacing w:after="80"/>
      </w:pPr>
      <w:r>
        <w:rPr>
          <w:b w:val="0"/>
          <w:i/>
          <w:color w:val="6B7280"/>
          <w:sz w:val="19"/>
        </w:rPr>
        <w:t>Some universities need a research advisory or doctoral committee to review the report and sign. Delete this section if yours does not.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color w:val="B8BDC8"/>
          <w:sz w:val="20"/>
        </w:rPr>
        <w:t>______________________________________________________________________________________</w:t>
      </w:r>
    </w:p>
    <w:p>
      <w:r>
        <w:rPr>
          <w:b w:val="0"/>
          <w:i w:val="0"/>
        </w:rPr>
        <w:t>Convener: ______________________________          Date: ________________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E293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E293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PhD Progress Report (template)</dc:title>
  <dc:subject>PhD progress report: free template</dc:subject>
  <dc:creator>LetRelay</dc:creator>
  <cp:keywords>template</cp:keywords>
  <dc:description>Free template from LetRelay: https://www.letrelay.com/blog/phd-progress-report-format-sample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